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6237"/>
        <w:gridCol w:w="3175"/>
      </w:tblGrid>
      <w:tr>
        <w:tc>
          <w:tcPr>
            <w:tcW w:type="dxa" w:w="623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520"/>
            </w:pPr>
            <w:r/>
            <w:r>
              <w:rPr>
                <w:color w:val="626268"/>
                <w:sz w:val="20"/>
                <w:highlight w:val="yellow"/>
              </w:rPr>
              <w:t>[Your logo]</w:t>
            </w:r>
          </w:p>
          <w:p>
            <w:pPr>
              <w:spacing w:before="320" w:after="160"/>
            </w:pPr>
            <w:r>
              <w:rPr>
                <w:b/>
                <w:color w:val="F55F42"/>
                <w:sz w:val="20"/>
              </w:rPr>
              <w:t>MONTHLY SEO REPORT</w:t>
            </w:r>
          </w:p>
          <w:p>
            <w:pPr>
              <w:spacing w:before="0" w:after="120" w:line="240" w:lineRule="auto"/>
              <w:pBdr>
                <w:bottom w:val="single" w:sz="24" w:space="4" w:color="F55F42"/>
              </w:pBdr>
            </w:pPr>
            <w:r>
              <w:rPr>
                <w:b/>
                <w:color w:val="0A263F"/>
                <w:sz w:val="60"/>
                <w:highlight w:val="yellow"/>
              </w:rPr>
              <w:t>[Client]</w:t>
            </w:r>
            <w:r>
              <w:rPr>
                <w:b/>
                <w:color w:val="0A263F"/>
                <w:sz w:val="60"/>
              </w:rPr>
              <w:t xml:space="preserve">: SEO report for </w:t>
            </w:r>
            <w:r>
              <w:rPr>
                <w:b/>
                <w:color w:val="0A263F"/>
                <w:sz w:val="60"/>
                <w:highlight w:val="yellow"/>
              </w:rPr>
              <w:t>[month]</w:t>
            </w:r>
          </w:p>
        </w:tc>
        <w:tc>
          <w:tcPr>
            <w:tcW w:type="dxa" w:w="317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</w:tr>
    </w:tbl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CLIENT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[Name]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MONTH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[Month and year]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PREPARED BY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[Your name]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NEXT CALL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[Date]</w:t>
            </w:r>
          </w:p>
        </w:tc>
      </w:tr>
    </w:tbl>
    <w:p>
      <w:pPr>
        <w:spacing w:before="200" w:after="0"/>
      </w:pP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USE THIS TEMPLATE   </w:t>
            </w:r>
            <w:r>
              <w:rPr>
                <w:color w:val="626268"/>
                <w:sz w:val="20"/>
              </w:rPr>
              <w:t xml:space="preserve">Replace every yellow </w:t>
            </w:r>
            <w:r>
              <w:rPr>
                <w:color w:val="626268"/>
                <w:sz w:val="20"/>
                <w:highlight w:val="yellow"/>
              </w:rPr>
              <w:t>[bracket]</w:t>
            </w:r>
            <w:r>
              <w:rPr>
                <w:color w:val="626268"/>
                <w:sz w:val="20"/>
              </w:rPr>
              <w:t xml:space="preserve"> with your own words, delete the orange tips, and save one copy per client per month. Free from SEOSage (seosage.co). Use it without credit.</w:t>
            </w:r>
          </w:p>
        </w:tc>
      </w:tr>
    </w:tbl>
    <w:p>
      <w:pPr>
        <w:spacing w:before="0" w:after="40"/>
      </w:pP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01  </w:t>
      </w:r>
      <w:r>
        <w:rPr>
          <w:b/>
          <w:color w:val="0A263F"/>
          <w:sz w:val="36"/>
        </w:rPr>
        <w:t>This month in one page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Three numbers and two sentences. A busy client reads only this part.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[Client]</w:t>
      </w:r>
      <w:r>
        <w:t xml:space="preserve"> had </w:t>
      </w:r>
      <w:r>
        <w:rPr>
          <w:highlight w:val="yellow"/>
        </w:rPr>
        <w:t>[clicks]</w:t>
      </w:r>
      <w:r>
        <w:t xml:space="preserve"> clicks from Google in </w:t>
      </w:r>
      <w:r>
        <w:rPr>
          <w:highlight w:val="yellow"/>
        </w:rPr>
        <w:t>[month]</w:t>
      </w:r>
      <w:r>
        <w:t xml:space="preserve">, </w:t>
      </w:r>
      <w:r>
        <w:rPr>
          <w:highlight w:val="yellow"/>
        </w:rPr>
        <w:t>[up or down]</w:t>
      </w:r>
      <w:r>
        <w:t xml:space="preserve"> </w:t>
      </w:r>
      <w:r>
        <w:rPr>
          <w:highlight w:val="yellow"/>
        </w:rPr>
        <w:t>[percent]</w:t>
      </w:r>
      <w:r>
        <w:t xml:space="preserve"> on last month. We fixed </w:t>
      </w:r>
      <w:r>
        <w:rPr>
          <w:highlight w:val="yellow"/>
        </w:rPr>
        <w:t>[number]</w:t>
      </w:r>
      <w:r>
        <w:t xml:space="preserve"> problems, and the site health score is now </w:t>
      </w:r>
      <w:r>
        <w:rPr>
          <w:highlight w:val="yellow"/>
        </w:rPr>
        <w:t>[score]</w:t>
      </w:r>
      <w:r>
        <w:t>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[1,240]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clicks from Google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[+8%]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on last month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[91]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health score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[12]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problems fixed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02  </w:t>
      </w:r>
      <w:r>
        <w:rPr>
          <w:b/>
          <w:color w:val="0A263F"/>
          <w:sz w:val="36"/>
        </w:rPr>
        <w:t>Site health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Crawl this month against last month. Say what was fixed and what is new.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We crawled </w:t>
      </w:r>
      <w:r>
        <w:rPr>
          <w:highlight w:val="yellow"/>
        </w:rPr>
        <w:t>[website]</w:t>
      </w:r>
      <w:r>
        <w:t xml:space="preserve"> on </w:t>
      </w:r>
      <w:r>
        <w:rPr>
          <w:highlight w:val="yellow"/>
        </w:rPr>
        <w:t>[date]</w:t>
      </w:r>
      <w:r>
        <w:t xml:space="preserve"> and checked </w:t>
      </w:r>
      <w:r>
        <w:rPr>
          <w:highlight w:val="yellow"/>
        </w:rPr>
        <w:t>[number]</w:t>
      </w:r>
      <w:r>
        <w:t xml:space="preserve"> pages, compared with </w:t>
      </w:r>
      <w:r>
        <w:rPr>
          <w:highlight w:val="yellow"/>
        </w:rPr>
        <w:t>[number]</w:t>
      </w:r>
      <w:r>
        <w:t xml:space="preserve"> last month.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1927"/>
        <w:gridCol w:w="1927"/>
        <w:gridCol w:w="2041"/>
      </w:tblGrid>
      <w:tr>
        <w:tc>
          <w:tcPr>
            <w:tcW w:type="dxa" w:w="351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Last month</w:t>
            </w:r>
          </w:p>
        </w:tc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This month</w:t>
            </w:r>
          </w:p>
        </w:tc>
        <w:tc>
          <w:tcPr>
            <w:tcW w:type="dxa" w:w="204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Change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[Health score]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[change]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[Errors]</w:t>
            </w:r>
          </w:p>
        </w:tc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[change]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[Pages hidden from Google]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[change]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03  </w:t>
      </w:r>
      <w:r>
        <w:rPr>
          <w:b/>
          <w:color w:val="0A263F"/>
          <w:sz w:val="36"/>
        </w:rPr>
        <w:t>Search results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Clicks, impressions and top pages from Search Console, compared with last month and the same month last year.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All numbers come from Google Search Console for </w:t>
      </w:r>
      <w:r>
        <w:rPr>
          <w:highlight w:val="yellow"/>
        </w:rPr>
        <w:t>[date range]</w:t>
      </w:r>
      <w:r>
        <w:t>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1927"/>
        <w:gridCol w:w="1927"/>
        <w:gridCol w:w="2041"/>
      </w:tblGrid>
      <w:tr>
        <w:tc>
          <w:tcPr>
            <w:tcW w:type="dxa" w:w="351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Last month</w:t>
            </w:r>
          </w:p>
        </w:tc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This month</w:t>
            </w:r>
          </w:p>
        </w:tc>
        <w:tc>
          <w:tcPr>
            <w:tcW w:type="dxa" w:w="204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Same month last year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[Clicks]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[Impressions]</w:t>
            </w:r>
          </w:p>
        </w:tc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[Average position]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04  </w:t>
      </w:r>
      <w:r>
        <w:rPr>
          <w:b/>
          <w:color w:val="0A263F"/>
          <w:sz w:val="36"/>
        </w:rPr>
        <w:t>What we did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List the work finished this month, and the reason for each item.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[Number]</w:t>
      </w:r>
      <w:r>
        <w:t xml:space="preserve"> items were finished this month: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3515"/>
        <w:gridCol w:w="3288"/>
      </w:tblGrid>
      <w:tr>
        <w:tc>
          <w:tcPr>
            <w:tcW w:type="dxa" w:w="260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51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Why</w:t>
            </w:r>
          </w:p>
        </w:tc>
        <w:tc>
          <w:tcPr>
            <w:tcW w:type="dxa" w:w="328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Result so far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[Action]</w:t>
            </w:r>
          </w:p>
        </w:tc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[Reason]</w:t>
            </w:r>
          </w:p>
        </w:tc>
        <w:tc>
          <w:tcPr>
            <w:tcW w:type="dxa" w:w="328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[Result]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[Action]</w:t>
            </w:r>
          </w:p>
        </w:tc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[Reason]</w:t>
            </w:r>
          </w:p>
        </w:tc>
        <w:tc>
          <w:tcPr>
            <w:tcW w:type="dxa" w:w="328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[Result]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[Action]</w:t>
            </w:r>
          </w:p>
        </w:tc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[Reason]</w:t>
            </w:r>
          </w:p>
        </w:tc>
        <w:tc>
          <w:tcPr>
            <w:tcW w:type="dxa" w:w="328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[Result]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05  </w:t>
      </w:r>
      <w:r>
        <w:rPr>
          <w:b/>
          <w:color w:val="0A263F"/>
          <w:sz w:val="36"/>
        </w:rPr>
        <w:t>What we plan next month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Three to five items, in priority order, with who does what.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[Three to five items, in priority order.]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8618"/>
      </w:tblGrid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1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[First priority]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2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[Second priority]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3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[Third priority]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06  </w:t>
      </w:r>
      <w:r>
        <w:rPr>
          <w:b/>
          <w:color w:val="0A263F"/>
          <w:sz w:val="36"/>
        </w:rPr>
        <w:t>What we need from you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Decisions, approvals or access. Leave it out if there is nothing.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[A decision, an approval or access. Delete this section if there is nothing.]</w:t>
      </w: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07  </w:t>
      </w:r>
      <w:r>
        <w:rPr>
          <w:b/>
          <w:color w:val="0A263F"/>
          <w:sz w:val="36"/>
        </w:rPr>
        <w:t>Before you send it</w:t>
      </w:r>
    </w:p>
    <w:p>
      <w:pPr>
        <w:spacing w:before="0" w:after="80"/>
      </w:pPr>
      <w:r>
        <w:t>☐   Every number has a source and a date range.</w:t>
      </w:r>
    </w:p>
    <w:p>
      <w:pPr>
        <w:spacing w:before="0" w:after="80"/>
      </w:pPr>
      <w:r>
        <w:t>☐   This month and last month use the same measure and the same time range.</w:t>
      </w:r>
    </w:p>
    <w:p>
      <w:pPr>
        <w:spacing w:before="0" w:after="80"/>
      </w:pPr>
      <w:r>
        <w:t>☐   Anything unusual (a launch, a sale, a holiday, a site change) is explained in one line.</w:t>
      </w:r>
    </w:p>
    <w:p>
      <w:pPr>
        <w:spacing w:before="0" w:after="80"/>
      </w:pPr>
      <w:r>
        <w:t>☐   A drop is explained, not hidden.</w:t>
      </w:r>
    </w:p>
    <w:p>
      <w:pPr>
        <w:spacing w:before="0" w:after="80"/>
      </w:pPr>
      <w:r>
        <w:t>☐   The next step is clear.</w:t>
      </w:r>
    </w:p>
    <w:p>
      <w:pPr>
        <w:spacing w:before="0" w:after="80"/>
      </w:pPr>
      <w:r>
        <w:t>☐   You read it once as if you were the client.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08  </w:t>
      </w:r>
      <w:r>
        <w:rPr>
          <w:b/>
          <w:color w:val="0A263F"/>
          <w:sz w:val="36"/>
        </w:rPr>
        <w:t>Where each number comes from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5896"/>
      </w:tblGrid>
      <w:tr>
        <w:tc>
          <w:tcPr>
            <w:tcW w:type="dxa" w:w="351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Number</w:t>
            </w:r>
          </w:p>
        </w:tc>
        <w:tc>
          <w:tcPr>
            <w:tcW w:type="dxa" w:w="5896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Where to get it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Health score, errors, pages hidden from Google</w:t>
            </w:r>
          </w:p>
        </w:tc>
        <w:tc>
          <w:tcPr>
            <w:tcW w:type="dxa" w:w="5896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A site crawl each month, for example in SEOSage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Clicks, impressions, average position</w:t>
            </w:r>
          </w:p>
        </w:tc>
        <w:tc>
          <w:tcPr>
            <w:tcW w:type="dxa" w:w="5896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Google Search Console, Performance report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Enquiries, sales, calls from search</w:t>
            </w:r>
          </w:p>
        </w:tc>
        <w:tc>
          <w:tcPr>
            <w:tcW w:type="dxa" w:w="5896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 client's analytics, call log or order records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What was fixed</w:t>
            </w:r>
          </w:p>
        </w:tc>
        <w:tc>
          <w:tcPr>
            <w:tcW w:type="dxa" w:w="5896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 compare view of two crawls</w:t>
            </w:r>
          </w:p>
        </w:tc>
      </w:tr>
    </w:tbl>
    <w:p>
      <w:pPr>
        <w:spacing w:before="0" w:after="80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26268"/>
        <w:sz w:val="16"/>
        <w:highlight w:val="yellow"/>
      </w:rPr>
      <w:t>[Your company]</w:t>
    </w:r>
    <w:r>
      <w:rPr>
        <w:color w:val="626268"/>
        <w:sz w:val="16"/>
      </w:rPr>
      <w:t xml:space="preserve">   |   Monthly SEO report: </w:t>
    </w:r>
    <w:r>
      <w:rPr>
        <w:color w:val="626268"/>
        <w:sz w:val="16"/>
        <w:highlight w:val="yellow"/>
      </w:rPr>
      <w:t>[Client]</w:t>
    </w:r>
    <w:r>
      <w:rPr>
        <w:color w:val="626268"/>
        <w:sz w:val="16"/>
      </w:rPr>
      <w:t xml:space="preserve">   |   Page </w:t>
    </w:r>
    <w:r>
      <w:rPr>
        <w:color w:val="62626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