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0"/>
      </w:pPr>
      <w:r>
        <w:rPr>
          <w:b w:val="0"/>
          <w:color w:val="626268"/>
          <w:sz w:val="20"/>
          <w:highlight w:val="yellow"/>
        </w:rPr>
        <w:t>[Your logo]</w:t>
      </w:r>
    </w:p>
    <w:p>
      <w:pPr>
        <w:spacing w:before="0" w:after="160"/>
      </w:pPr>
      <w:r>
        <w:rPr>
          <w:b/>
          <w:color w:val="F55F42"/>
          <w:sz w:val="20"/>
        </w:rPr>
        <w:t>SEO CLIENT ONBOARDING</w:t>
      </w:r>
    </w:p>
    <w:p>
      <w:pPr>
        <w:spacing w:before="0" w:after="120"/>
        <w:pBdr>
          <w:bottom w:val="single" w:sz="24" w:space="4" w:color="F55F42"/>
        </w:pBdr>
      </w:pPr>
      <w:r>
        <w:rPr>
          <w:b/>
          <w:color w:val="0A263F"/>
          <w:sz w:val="56"/>
        </w:rPr>
        <w:t xml:space="preserve">Welcome, </w:t>
      </w:r>
      <w:r>
        <w:rPr>
          <w:b/>
          <w:color w:val="0A263F"/>
          <w:sz w:val="56"/>
          <w:highlight w:val="yellow"/>
        </w:rPr>
        <w:t>[Client]</w:t>
      </w:r>
      <w:r>
        <w:rPr>
          <w:b/>
          <w:color w:val="0A263F"/>
          <w:sz w:val="56"/>
        </w:rPr>
        <w:t>. Here is how we start.</w:t>
      </w:r>
    </w:p>
    <w:p>
      <w:pPr>
        <w:spacing w:before="0" w:after="200"/>
      </w:pPr>
      <w:r>
        <w:rPr>
          <w:b w:val="0"/>
          <w:color w:val="626268"/>
          <w:sz w:val="21"/>
        </w:rPr>
        <w:t xml:space="preserve">Prepared by </w:t>
      </w:r>
      <w:r>
        <w:rPr>
          <w:b w:val="0"/>
          <w:color w:val="626268"/>
          <w:sz w:val="21"/>
          <w:highlight w:val="yellow"/>
        </w:rPr>
        <w:t>[Your name]</w:t>
      </w:r>
      <w:r>
        <w:rPr>
          <w:b w:val="0"/>
          <w:color w:val="626268"/>
          <w:sz w:val="21"/>
        </w:rPr>
        <w:t xml:space="preserve"> on </w:t>
      </w:r>
      <w:r>
        <w:rPr>
          <w:b w:val="0"/>
          <w:color w:val="626268"/>
          <w:sz w:val="21"/>
          <w:highlight w:val="yellow"/>
        </w:rPr>
        <w:t>[date]</w:t>
      </w:r>
      <w:r>
        <w:rPr>
          <w:b w:val="0"/>
          <w:color w:val="626268"/>
          <w:sz w:val="21"/>
        </w:rPr>
        <w:t>. About 20 minutes to fill in. Anything you do not know, write "ask developer" and we will find out.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USE THIS TEMPLATE   </w:t>
            </w:r>
            <w:r>
              <w:rPr>
                <w:color w:val="626268"/>
                <w:sz w:val="20"/>
              </w:rPr>
              <w:t xml:space="preserve">Replace every yellow </w:t>
            </w:r>
            <w:r>
              <w:rPr>
                <w:color w:val="626268"/>
                <w:sz w:val="20"/>
                <w:highlight w:val="yellow"/>
              </w:rPr>
              <w:t>[bracket]</w:t>
            </w:r>
            <w:r>
              <w:rPr>
                <w:color w:val="626268"/>
                <w:sz w:val="20"/>
              </w:rPr>
              <w:t>, delete the orange tips, and send one copy to each new client. Free from SEOSage (seosage.co). Use it without credit.</w:t>
            </w:r>
          </w:p>
        </w:tc>
      </w:tr>
    </w:tbl>
    <w:p>
      <w:pPr>
        <w:spacing w:before="0" w:after="40"/>
      </w:pPr>
    </w:p>
    <w:p>
      <w:r>
        <w:br w:type="page"/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01  </w:t>
      </w:r>
      <w:r>
        <w:rPr>
          <w:b/>
          <w:color w:val="0A263F"/>
          <w:sz w:val="36"/>
        </w:rPr>
        <w:t>Access we need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Ask for read or editor access, never for passwords. Each tool has a way to invite a person by email.</w:t>
            </w:r>
          </w:p>
        </w:tc>
      </w:tr>
    </w:tbl>
    <w:p>
      <w:pPr>
        <w:spacing w:before="0" w:after="40"/>
      </w:pP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3061"/>
        <w:gridCol w:w="3515"/>
        <w:gridCol w:w="793"/>
      </w:tblGrid>
      <w:tr>
        <w:tc>
          <w:tcPr>
            <w:tcW w:type="dxa" w:w="2041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Tool</w:t>
            </w:r>
          </w:p>
        </w:tc>
        <w:tc>
          <w:tcPr>
            <w:tcW w:type="dxa" w:w="3061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What we need</w:t>
            </w:r>
          </w:p>
        </w:tc>
        <w:tc>
          <w:tcPr>
            <w:tcW w:type="dxa" w:w="3515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Why</w:t>
            </w:r>
          </w:p>
        </w:tc>
        <w:tc>
          <w:tcPr>
            <w:tcW w:type="dxa" w:w="794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Google Search Console</w:t>
            </w:r>
          </w:p>
        </w:tc>
        <w:tc>
          <w:tcPr>
            <w:tcW w:type="dxa" w:w="306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Full user or owner access for your email</w:t>
            </w:r>
          </w:p>
        </w:tc>
        <w:tc>
          <w:tcPr>
            <w:tcW w:type="dxa" w:w="351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Shows clicks, impressions and indexing problems</w:t>
            </w:r>
          </w:p>
        </w:tc>
        <w:tc>
          <w:tcPr>
            <w:tcW w:type="dxa" w:w="794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☐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Google Analytics</w:t>
            </w:r>
          </w:p>
        </w:tc>
        <w:tc>
          <w:tcPr>
            <w:tcW w:type="dxa" w:w="306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Viewer or analyst access</w:t>
            </w:r>
          </w:p>
        </w:tc>
        <w:tc>
          <w:tcPr>
            <w:tcW w:type="dxa" w:w="3515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Shows visits and what they do</w:t>
            </w:r>
          </w:p>
        </w:tc>
        <w:tc>
          <w:tcPr>
            <w:tcW w:type="dxa" w:w="794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☐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Website admin (CMS)</w:t>
            </w:r>
          </w:p>
        </w:tc>
        <w:tc>
          <w:tcPr>
            <w:tcW w:type="dxa" w:w="306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An editor or admin login, or a developer contact</w:t>
            </w:r>
          </w:p>
        </w:tc>
        <w:tc>
          <w:tcPr>
            <w:tcW w:type="dxa" w:w="351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Needed to fix titles, links and tags</w:t>
            </w:r>
          </w:p>
        </w:tc>
        <w:tc>
          <w:tcPr>
            <w:tcW w:type="dxa" w:w="794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☐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Hosting or developer</w:t>
            </w:r>
          </w:p>
        </w:tc>
        <w:tc>
          <w:tcPr>
            <w:tcW w:type="dxa" w:w="306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Name and email of whoever can change the server</w:t>
            </w:r>
          </w:p>
        </w:tc>
        <w:tc>
          <w:tcPr>
            <w:tcW w:type="dxa" w:w="3515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Needed for redirects, speed and security fixes</w:t>
            </w:r>
          </w:p>
        </w:tc>
        <w:tc>
          <w:tcPr>
            <w:tcW w:type="dxa" w:w="794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☐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Domain and DNS</w:t>
            </w:r>
          </w:p>
        </w:tc>
        <w:tc>
          <w:tcPr>
            <w:tcW w:type="dxa" w:w="306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Name of the registrar, and who owns the login</w:t>
            </w:r>
          </w:p>
        </w:tc>
        <w:tc>
          <w:tcPr>
            <w:tcW w:type="dxa" w:w="351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Needed if the address or email setup changes</w:t>
            </w:r>
          </w:p>
        </w:tc>
        <w:tc>
          <w:tcPr>
            <w:tcW w:type="dxa" w:w="794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☐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Tag manager</w:t>
            </w:r>
          </w:p>
        </w:tc>
        <w:tc>
          <w:tcPr>
            <w:tcW w:type="dxa" w:w="306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Access if one is used</w:t>
            </w:r>
          </w:p>
        </w:tc>
        <w:tc>
          <w:tcPr>
            <w:tcW w:type="dxa" w:w="3515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Shows what tracking is already in place</w:t>
            </w:r>
          </w:p>
        </w:tc>
        <w:tc>
          <w:tcPr>
            <w:tcW w:type="dxa" w:w="794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☐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Business profile (local clients)</w:t>
            </w:r>
          </w:p>
        </w:tc>
        <w:tc>
          <w:tcPr>
            <w:tcW w:type="dxa" w:w="306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Manager access to the Google Business Profile</w:t>
            </w:r>
          </w:p>
        </w:tc>
        <w:tc>
          <w:tcPr>
            <w:tcW w:type="dxa" w:w="351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Needed for local SEO work</w:t>
            </w:r>
          </w:p>
        </w:tc>
        <w:tc>
          <w:tcPr>
            <w:tcW w:type="dxa" w:w="794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☐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Past SEO work</w:t>
            </w:r>
          </w:p>
        </w:tc>
        <w:tc>
          <w:tcPr>
            <w:tcW w:type="dxa" w:w="306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Old reports, invoices and the name of any previous agency</w:t>
            </w:r>
          </w:p>
        </w:tc>
        <w:tc>
          <w:tcPr>
            <w:tcW w:type="dxa" w:w="3515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Shows what was tried and what to avoid</w:t>
            </w:r>
          </w:p>
        </w:tc>
        <w:tc>
          <w:tcPr>
            <w:tcW w:type="dxa" w:w="794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☐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02  </w:t>
      </w:r>
      <w:r>
        <w:rPr>
          <w:b/>
          <w:color w:val="0A263F"/>
          <w:sz w:val="36"/>
        </w:rPr>
        <w:t>Questions for you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Short answers are fine. The goals and the history matter most.</w:t>
            </w: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color w:val="0A263F"/>
          <w:sz w:val="24"/>
        </w:rPr>
        <w:t>The business</w:t>
      </w:r>
    </w:p>
    <w:p>
      <w:pPr>
        <w:spacing w:before="0" w:after="20"/>
      </w:pPr>
      <w:r>
        <w:rPr>
          <w:b w:val="0"/>
          <w:sz w:val="21"/>
        </w:rPr>
        <w:t>What do you sell, and which products or services earn you the most?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pPr>
        <w:spacing w:before="0" w:after="20"/>
      </w:pPr>
      <w:r>
        <w:rPr>
          <w:b w:val="0"/>
          <w:sz w:val="21"/>
        </w:rPr>
        <w:t>Who is your ideal customer?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pPr>
        <w:spacing w:before="0" w:after="20"/>
      </w:pPr>
      <w:r>
        <w:rPr>
          <w:b w:val="0"/>
          <w:sz w:val="21"/>
        </w:rPr>
        <w:t>Which places or areas do you serve?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pPr>
        <w:spacing w:before="0" w:after="20"/>
      </w:pPr>
      <w:r>
        <w:rPr>
          <w:b w:val="0"/>
          <w:sz w:val="21"/>
        </w:rPr>
        <w:t>What makes you different from your competitors?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pPr>
        <w:spacing w:before="0" w:after="60"/>
      </w:pPr>
      <w:r>
        <w:rPr>
          <w:b/>
          <w:color w:val="0A263F"/>
          <w:sz w:val="24"/>
        </w:rPr>
        <w:t>Goals</w:t>
      </w:r>
    </w:p>
    <w:p>
      <w:pPr>
        <w:spacing w:before="0" w:after="20"/>
      </w:pPr>
      <w:r>
        <w:rPr>
          <w:b w:val="0"/>
          <w:sz w:val="21"/>
        </w:rPr>
        <w:t>What would success look like in six months, in your words?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pPr>
        <w:spacing w:before="0" w:after="20"/>
      </w:pPr>
      <w:r>
        <w:rPr>
          <w:b w:val="0"/>
          <w:sz w:val="21"/>
        </w:rPr>
        <w:t>What is a new customer worth to you?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pPr>
        <w:spacing w:before="0" w:after="20"/>
      </w:pPr>
      <w:r>
        <w:rPr>
          <w:b w:val="0"/>
          <w:sz w:val="21"/>
        </w:rPr>
        <w:t>Do you have a number you want to reach, and by when?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pPr>
        <w:spacing w:before="0" w:after="60"/>
      </w:pPr>
      <w:r>
        <w:rPr>
          <w:b/>
          <w:color w:val="0A263F"/>
          <w:sz w:val="24"/>
        </w:rPr>
        <w:t>The website</w:t>
      </w:r>
    </w:p>
    <w:p>
      <w:pPr>
        <w:spacing w:before="0" w:after="20"/>
      </w:pPr>
      <w:r>
        <w:rPr>
          <w:b w:val="0"/>
          <w:sz w:val="21"/>
        </w:rPr>
        <w:t>Who built it and who can change it?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pPr>
        <w:spacing w:before="0" w:after="20"/>
      </w:pPr>
      <w:r>
        <w:rPr>
          <w:b w:val="0"/>
          <w:sz w:val="21"/>
        </w:rPr>
        <w:t>Is a redesign or a move planned?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pPr>
        <w:spacing w:before="0" w:after="20"/>
      </w:pPr>
      <w:r>
        <w:rPr>
          <w:b w:val="0"/>
          <w:sz w:val="21"/>
        </w:rPr>
        <w:t>Are there pages you do not want changed?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pPr>
        <w:spacing w:before="0" w:after="20"/>
      </w:pPr>
      <w:r>
        <w:rPr>
          <w:b w:val="0"/>
          <w:sz w:val="21"/>
        </w:rPr>
        <w:t>Is anything about to launch, such as a sale or a new product?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pPr>
        <w:spacing w:before="0" w:after="60"/>
      </w:pPr>
      <w:r>
        <w:rPr>
          <w:b/>
          <w:color w:val="0A263F"/>
          <w:sz w:val="24"/>
        </w:rPr>
        <w:t>History</w:t>
      </w:r>
    </w:p>
    <w:p>
      <w:pPr>
        <w:spacing w:before="0" w:after="20"/>
      </w:pPr>
      <w:r>
        <w:rPr>
          <w:b w:val="0"/>
          <w:sz w:val="21"/>
        </w:rPr>
        <w:t>Have you worked on SEO before, and what happened?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pPr>
        <w:spacing w:before="0" w:after="20"/>
      </w:pPr>
      <w:r>
        <w:rPr>
          <w:b w:val="0"/>
          <w:sz w:val="21"/>
        </w:rPr>
        <w:t>Have you ever had a Google penalty or a big drop in visits?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pPr>
        <w:spacing w:before="0" w:after="20"/>
      </w:pPr>
      <w:r>
        <w:rPr>
          <w:b w:val="0"/>
          <w:sz w:val="21"/>
        </w:rPr>
        <w:t>Which keywords do you already care about?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pPr>
        <w:spacing w:before="0" w:after="60"/>
      </w:pPr>
      <w:r>
        <w:rPr>
          <w:b/>
          <w:color w:val="0A263F"/>
          <w:sz w:val="24"/>
        </w:rPr>
        <w:t>Competitors</w:t>
      </w:r>
    </w:p>
    <w:p>
      <w:pPr>
        <w:spacing w:before="0" w:after="20"/>
      </w:pPr>
      <w:r>
        <w:rPr>
          <w:b w:val="0"/>
          <w:sz w:val="21"/>
        </w:rPr>
        <w:t>Which three sites do you see as competitors?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pPr>
        <w:spacing w:before="0" w:after="20"/>
      </w:pPr>
      <w:r>
        <w:rPr>
          <w:b w:val="0"/>
          <w:sz w:val="21"/>
        </w:rPr>
        <w:t>Which sites do you admire?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pPr>
        <w:spacing w:before="0" w:after="60"/>
      </w:pPr>
      <w:r>
        <w:rPr>
          <w:b/>
          <w:color w:val="0A263F"/>
          <w:sz w:val="24"/>
        </w:rPr>
        <w:t>Working together</w:t>
      </w:r>
    </w:p>
    <w:p>
      <w:pPr>
        <w:spacing w:before="0" w:after="20"/>
      </w:pPr>
      <w:r>
        <w:rPr>
          <w:b w:val="0"/>
          <w:sz w:val="21"/>
        </w:rPr>
        <w:t>Who approves changes, and how fast?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pPr>
        <w:spacing w:before="0" w:after="20"/>
      </w:pPr>
      <w:r>
        <w:rPr>
          <w:b w:val="0"/>
          <w:sz w:val="21"/>
        </w:rPr>
        <w:t>Who should receive the monthly report?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pPr>
        <w:spacing w:before="0" w:after="20"/>
      </w:pPr>
      <w:r>
        <w:rPr>
          <w:b w:val="0"/>
          <w:sz w:val="21"/>
        </w:rPr>
        <w:t>How do you prefer to hear from us: email, call or chat?</w:t>
      </w:r>
    </w:p>
    <w:p>
      <w:pPr>
        <w:spacing w:before="0" w:after="120"/>
      </w:pPr>
      <w:r>
        <w:rPr>
          <w:b w:val="0"/>
          <w:color w:val="626268"/>
          <w:sz w:val="20"/>
          <w:highlight w:val="yellow"/>
        </w:rPr>
        <w:t>[Answer]</w:t>
      </w:r>
    </w:p>
    <w:p>
      <w:r>
        <w:br w:type="page"/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03  </w:t>
      </w:r>
      <w:r>
        <w:rPr>
          <w:b/>
          <w:color w:val="0A263F"/>
          <w:sz w:val="36"/>
        </w:rPr>
        <w:t>Our starting point (for us to fill in)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Do this before any fixes, so the "before" is dated and complete.</w:t>
            </w:r>
          </w:p>
        </w:tc>
      </w:tr>
    </w:tbl>
    <w:p>
      <w:pPr>
        <w:spacing w:before="0" w:after="40"/>
      </w:pP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5670"/>
        <w:gridCol w:w="907"/>
      </w:tblGrid>
      <w:tr>
        <w:tc>
          <w:tcPr>
            <w:tcW w:type="dxa" w:w="2835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5669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How</w:t>
            </w:r>
          </w:p>
        </w:tc>
        <w:tc>
          <w:tcPr>
            <w:tcW w:type="dxa" w:w="907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Crawl the whole site</w:t>
            </w:r>
          </w:p>
        </w:tc>
        <w:tc>
          <w:tcPr>
            <w:tcW w:type="dxa" w:w="5669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Save it as crawl 1, with the date. This is your "before".</w:t>
            </w:r>
          </w:p>
        </w:tc>
        <w:tc>
          <w:tcPr>
            <w:tcW w:type="dxa" w:w="907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☐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Export Search Console</w:t>
            </w:r>
          </w:p>
        </w:tc>
        <w:tc>
          <w:tcPr>
            <w:tcW w:type="dxa" w:w="5669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Last 16 months of clicks, impressions and pages.</w:t>
            </w:r>
          </w:p>
        </w:tc>
        <w:tc>
          <w:tcPr>
            <w:tcW w:type="dxa" w:w="907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☐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Note the conversions</w:t>
            </w:r>
          </w:p>
        </w:tc>
        <w:tc>
          <w:tcPr>
            <w:tcW w:type="dxa" w:w="5669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Enquiries, sales or calls from search, from the client's records.</w:t>
            </w:r>
          </w:p>
        </w:tc>
        <w:tc>
          <w:tcPr>
            <w:tcW w:type="dxa" w:w="907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☐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Record the starting points</w:t>
            </w:r>
          </w:p>
        </w:tc>
        <w:tc>
          <w:tcPr>
            <w:tcW w:type="dxa" w:w="5669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Health score, pages hidden from Google, top pages, current top keywords.</w:t>
            </w:r>
          </w:p>
        </w:tc>
        <w:tc>
          <w:tcPr>
            <w:tcW w:type="dxa" w:w="907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☐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Screenshot the dashboards</w:t>
            </w:r>
          </w:p>
        </w:tc>
        <w:tc>
          <w:tcPr>
            <w:tcW w:type="dxa" w:w="5669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So you can show the same view later.</w:t>
            </w:r>
          </w:p>
        </w:tc>
        <w:tc>
          <w:tcPr>
            <w:tcW w:type="dxa" w:w="907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☐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04  </w:t>
      </w:r>
      <w:r>
        <w:rPr>
          <w:b/>
          <w:color w:val="0A263F"/>
          <w:sz w:val="36"/>
        </w:rPr>
        <w:t>The first 30 days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597"/>
      </w:tblGrid>
      <w:tr>
        <w:tc>
          <w:tcPr>
            <w:tcW w:type="dxa" w:w="1814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When</w:t>
            </w:r>
          </w:p>
        </w:tc>
        <w:tc>
          <w:tcPr>
            <w:tcW w:type="dxa" w:w="7597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What happens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Days 1 to 3</w:t>
            </w:r>
          </w:p>
        </w:tc>
        <w:tc>
          <w:tcPr>
            <w:tcW w:type="dxa" w:w="7597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Send the welcome email and this form. Get access to Search Console, analytics and the website.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Days 4 to 7</w:t>
            </w:r>
          </w:p>
        </w:tc>
        <w:tc>
          <w:tcPr>
            <w:tcW w:type="dxa" w:w="7597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Crawl the site, export Search Console, and note the starting points.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Days 8 to 14</w:t>
            </w:r>
          </w:p>
        </w:tc>
        <w:tc>
          <w:tcPr>
            <w:tcW w:type="dxa" w:w="7597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Write the audit. Rank the findings by impact, and agree the first three fixes.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Days 15 to 21</w:t>
            </w:r>
          </w:p>
        </w:tc>
        <w:tc>
          <w:tcPr>
            <w:tcW w:type="dxa" w:w="7597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Make the first fixes. Crawl again to check them.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Days 22 to 30</w:t>
            </w:r>
          </w:p>
        </w:tc>
        <w:tc>
          <w:tcPr>
            <w:tcW w:type="dxa" w:w="7597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Send the first report: what we found, what we did, and what is next. Book the monthly call.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05  </w:t>
      </w:r>
      <w:r>
        <w:rPr>
          <w:b/>
          <w:color w:val="0A263F"/>
          <w:sz w:val="36"/>
        </w:rPr>
        <w:t>Before you start work</w:t>
      </w:r>
    </w:p>
    <w:p>
      <w:pPr>
        <w:spacing w:before="0" w:after="80"/>
      </w:pPr>
      <w:r>
        <w:rPr>
          <w:b w:val="0"/>
          <w:sz w:val="21"/>
        </w:rPr>
        <w:t>☐   The scope, price and start date are agreed in writing.</w:t>
      </w:r>
    </w:p>
    <w:p>
      <w:pPr>
        <w:spacing w:before="0" w:after="80"/>
      </w:pPr>
      <w:r>
        <w:rPr>
          <w:b w:val="0"/>
          <w:sz w:val="21"/>
        </w:rPr>
        <w:t>☐   You can log in to everything on the access list.</w:t>
      </w:r>
    </w:p>
    <w:p>
      <w:pPr>
        <w:spacing w:before="0" w:after="80"/>
      </w:pPr>
      <w:r>
        <w:rPr>
          <w:b w:val="0"/>
          <w:sz w:val="21"/>
        </w:rPr>
        <w:t>☐   The baseline crawl and Search Console export are saved with dates.</w:t>
      </w:r>
    </w:p>
    <w:p>
      <w:pPr>
        <w:spacing w:before="0" w:after="80"/>
      </w:pPr>
      <w:r>
        <w:rPr>
          <w:b w:val="0"/>
          <w:sz w:val="21"/>
        </w:rPr>
        <w:t>☐   The client knows who to contact, and how often they will hear from you.</w:t>
      </w:r>
    </w:p>
    <w:p>
      <w:pPr>
        <w:spacing w:before="0" w:after="80"/>
      </w:pPr>
      <w:r>
        <w:rPr>
          <w:b w:val="0"/>
          <w:sz w:val="21"/>
        </w:rPr>
        <w:t>☐   No change is made to the live site until the first audit is agreed.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626268"/>
        <w:sz w:val="16"/>
        <w:highlight w:val="yellow"/>
      </w:rPr>
      <w:t>[Your company]</w:t>
    </w:r>
    <w:r>
      <w:rPr>
        <w:color w:val="626268"/>
        <w:sz w:val="16"/>
      </w:rPr>
      <w:t xml:space="preserve">   |   SEO client onboarding: </w:t>
    </w:r>
    <w:r>
      <w:rPr>
        <w:color w:val="626268"/>
        <w:sz w:val="16"/>
        <w:highlight w:val="yellow"/>
      </w:rPr>
      <w:t>[Client]</w:t>
    </w:r>
    <w:r>
      <w:rPr>
        <w:color w:val="626268"/>
        <w:sz w:val="16"/>
      </w:rPr>
      <w:t xml:space="preserve">   |   Page </w:t>
    </w:r>
    <w:r>
      <w:rPr>
        <w:color w:val="626268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