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6237"/>
        <w:gridCol w:w="3175"/>
      </w:tblGrid>
      <w:tr>
        <w:tc>
          <w:tcPr>
            <w:tcW w:type="dxa" w:w="623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520"/>
            </w:pPr>
            <w:r/>
            <w:r>
              <w:rPr>
                <w:color w:val="626268"/>
                <w:sz w:val="20"/>
                <w:highlight w:val="yellow"/>
              </w:rPr>
              <w:t>[Your logo]</w:t>
            </w:r>
          </w:p>
          <w:p>
            <w:pPr>
              <w:spacing w:before="320" w:after="160"/>
            </w:pPr>
            <w:r>
              <w:rPr>
                <w:b/>
                <w:color w:val="F55F42"/>
                <w:sz w:val="20"/>
              </w:rPr>
              <w:t>WEBSITE AUDIT REPORT</w:t>
            </w:r>
          </w:p>
          <w:p>
            <w:pPr>
              <w:spacing w:before="0" w:after="120" w:line="240" w:lineRule="auto"/>
              <w:pBdr>
                <w:bottom w:val="single" w:sz="24" w:space="4" w:color="F55F42"/>
              </w:pBdr>
            </w:pPr>
            <w:r>
              <w:rPr>
                <w:b/>
                <w:color w:val="0A263F"/>
                <w:sz w:val="60"/>
              </w:rPr>
              <w:t xml:space="preserve">Website audit: </w:t>
            </w:r>
            <w:r>
              <w:rPr>
                <w:b/>
                <w:color w:val="0A263F"/>
                <w:sz w:val="60"/>
                <w:highlight w:val="yellow"/>
              </w:rPr>
              <w:t>[Client]</w:t>
            </w:r>
          </w:p>
        </w:tc>
        <w:tc>
          <w:tcPr>
            <w:tcW w:type="dxa" w:w="317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</w:tr>
    </w:tbl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CLIENT</w:t>
            </w:r>
          </w:p>
          <w:p>
            <w:pPr>
              <w:spacing w:before="0" w:after="0"/>
            </w:pPr>
            <w:r>
              <w:rPr>
                <w:sz w:val="22"/>
                <w:highlight w:val="yellow"/>
              </w:rPr>
              <w:t>[Name]</w:t>
            </w:r>
          </w:p>
        </w:tc>
        <w:tc>
          <w:tcPr>
            <w:tcW w:type="dxa" w:w="2353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WEBSITE</w:t>
            </w:r>
          </w:p>
          <w:p>
            <w:pPr>
              <w:spacing w:before="0" w:after="0"/>
            </w:pPr>
            <w:r>
              <w:rPr>
                <w:sz w:val="22"/>
                <w:highlight w:val="yellow"/>
              </w:rPr>
              <w:t>[Address]</w:t>
            </w:r>
          </w:p>
        </w:tc>
        <w:tc>
          <w:tcPr>
            <w:tcW w:type="dxa" w:w="2353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DATE</w:t>
            </w:r>
          </w:p>
          <w:p>
            <w:pPr>
              <w:spacing w:before="0" w:after="0"/>
            </w:pPr>
            <w:r>
              <w:rPr>
                <w:sz w:val="22"/>
                <w:highlight w:val="yellow"/>
              </w:rPr>
              <w:t>[Date of crawl]</w:t>
            </w:r>
          </w:p>
        </w:tc>
        <w:tc>
          <w:tcPr>
            <w:tcW w:type="dxa" w:w="2353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PREPARED BY</w:t>
            </w:r>
          </w:p>
          <w:p>
            <w:pPr>
              <w:spacing w:before="0" w:after="0"/>
            </w:pPr>
            <w:r>
              <w:rPr>
                <w:sz w:val="22"/>
                <w:highlight w:val="yellow"/>
              </w:rPr>
              <w:t>[Your name]</w:t>
            </w:r>
          </w:p>
        </w:tc>
      </w:tr>
    </w:tbl>
    <w:p>
      <w:pPr>
        <w:spacing w:before="200" w:after="0"/>
      </w:pP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USE THIS TEMPLATE   </w:t>
            </w:r>
            <w:r>
              <w:rPr>
                <w:color w:val="626268"/>
                <w:sz w:val="20"/>
              </w:rPr>
              <w:t xml:space="preserve">Replace every yellow </w:t>
            </w:r>
            <w:r>
              <w:rPr>
                <w:color w:val="626268"/>
                <w:sz w:val="20"/>
                <w:highlight w:val="yellow"/>
              </w:rPr>
              <w:t>[bracket]</w:t>
            </w:r>
            <w:r>
              <w:rPr>
                <w:color w:val="626268"/>
                <w:sz w:val="20"/>
              </w:rPr>
              <w:t xml:space="preserve"> with your own words, delete the orange tips, and save one copy per client. Free from SEOSage (seosage.co). Use it without credit.</w:t>
            </w:r>
          </w:p>
        </w:tc>
      </w:tr>
    </w:tbl>
    <w:p>
      <w:pPr>
        <w:spacing w:before="0" w:after="40"/>
      </w:pPr>
    </w:p>
    <w:p>
      <w:r>
        <w:br w:type="page"/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01  </w:t>
      </w:r>
      <w:r>
        <w:rPr>
          <w:b/>
          <w:color w:val="0A263F"/>
          <w:sz w:val="36"/>
        </w:rPr>
        <w:t>Summary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Three numbers and two sentences. Say how healthy the site is and what matters most.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 xml:space="preserve">We crawled </w:t>
      </w:r>
      <w:r>
        <w:rPr>
          <w:highlight w:val="yellow"/>
        </w:rPr>
        <w:t>[website]</w:t>
      </w:r>
      <w:r>
        <w:t xml:space="preserve"> on </w:t>
      </w:r>
      <w:r>
        <w:rPr>
          <w:highlight w:val="yellow"/>
        </w:rPr>
        <w:t>[date]</w:t>
      </w:r>
      <w:r>
        <w:t xml:space="preserve"> and checked </w:t>
      </w:r>
      <w:r>
        <w:rPr>
          <w:highlight w:val="yellow"/>
        </w:rPr>
        <w:t>[number]</w:t>
      </w:r>
      <w:r>
        <w:t xml:space="preserve"> pages. The site health score is </w:t>
      </w:r>
      <w:r>
        <w:rPr>
          <w:highlight w:val="yellow"/>
        </w:rPr>
        <w:t>[score]</w:t>
      </w:r>
      <w:r>
        <w:t xml:space="preserve"> out of 100, with </w:t>
      </w:r>
      <w:r>
        <w:rPr>
          <w:highlight w:val="yellow"/>
        </w:rPr>
        <w:t>[number]</w:t>
      </w:r>
      <w:r>
        <w:t xml:space="preserve"> errors and </w:t>
      </w:r>
      <w:r>
        <w:rPr>
          <w:highlight w:val="yellow"/>
        </w:rPr>
        <w:t>[number]</w:t>
      </w:r>
      <w:r>
        <w:t xml:space="preserve"> pages hidden from Google.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[58]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health score</w:t>
            </w:r>
          </w:p>
        </w:tc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[74]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pages checked</w:t>
            </w:r>
          </w:p>
        </w:tc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[6]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errors</w:t>
            </w:r>
          </w:p>
        </w:tc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[9]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pages hidden from Google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02  </w:t>
      </w:r>
      <w:r>
        <w:rPr>
          <w:b/>
          <w:color w:val="0A263F"/>
          <w:sz w:val="36"/>
        </w:rPr>
        <w:t>The three biggest findings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Plain words, with a number for each. These are the findings you would fix first.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>These three matter most: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8618"/>
      </w:tblGrid>
      <w:tr>
        <w:trPr>
          <w:cantSplit/>
        </w:trPr>
        <w:tc>
          <w:tcPr>
            <w:tcW w:type="dxa" w:w="794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180" w:type="dxa"/>
              <w:bottom w:w="100" w:type="dxa"/>
              <w:right w:w="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40"/>
              </w:rPr>
              <w:t>1</w:t>
            </w:r>
          </w:p>
        </w:tc>
        <w:tc>
          <w:tcPr>
            <w:tcW w:type="dxa" w:w="8617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6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[Finding one, with a number]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180" w:type="dxa"/>
              <w:bottom w:w="100" w:type="dxa"/>
              <w:right w:w="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40"/>
              </w:rPr>
              <w:t>2</w:t>
            </w:r>
          </w:p>
        </w:tc>
        <w:tc>
          <w:tcPr>
            <w:tcW w:type="dxa" w:w="8617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6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[Finding two, with a number]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180" w:type="dxa"/>
              <w:bottom w:w="100" w:type="dxa"/>
              <w:right w:w="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40"/>
              </w:rPr>
              <w:t>3</w:t>
            </w:r>
          </w:p>
        </w:tc>
        <w:tc>
          <w:tcPr>
            <w:tcW w:type="dxa" w:w="8617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6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[Finding three, with a number]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03  </w:t>
      </w:r>
      <w:r>
        <w:rPr>
          <w:b/>
          <w:color w:val="0A263F"/>
          <w:sz w:val="36"/>
        </w:rPr>
        <w:t>All findings, by area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Group by area, and say how many pages each finding touches and how much it matters.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>Impact is High, Medium or Low.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4649"/>
        <w:gridCol w:w="1134"/>
        <w:gridCol w:w="1701"/>
      </w:tblGrid>
      <w:tr>
        <w:tc>
          <w:tcPr>
            <w:tcW w:type="dxa" w:w="192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Area</w:t>
            </w:r>
          </w:p>
        </w:tc>
        <w:tc>
          <w:tcPr>
            <w:tcW w:type="dxa" w:w="4649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Finding</w:t>
            </w:r>
          </w:p>
        </w:tc>
        <w:tc>
          <w:tcPr>
            <w:tcW w:type="dxa" w:w="1134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Pages</w:t>
            </w:r>
          </w:p>
        </w:tc>
        <w:tc>
          <w:tcPr>
            <w:tcW w:type="dxa" w:w="1701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Impact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[Indexing]</w:t>
            </w:r>
          </w:p>
        </w:tc>
        <w:tc>
          <w:tcPr>
            <w:tcW w:type="dxa" w:w="464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[Finding]</w:t>
            </w:r>
          </w:p>
        </w:tc>
        <w:tc>
          <w:tcPr>
            <w:tcW w:type="dxa" w:w="113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70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[High]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[Links]</w:t>
            </w:r>
          </w:p>
        </w:tc>
        <w:tc>
          <w:tcPr>
            <w:tcW w:type="dxa" w:w="4649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[Finding]</w:t>
            </w:r>
          </w:p>
        </w:tc>
        <w:tc>
          <w:tcPr>
            <w:tcW w:type="dxa" w:w="1134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70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[Medium]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[Page basics]</w:t>
            </w:r>
          </w:p>
        </w:tc>
        <w:tc>
          <w:tcPr>
            <w:tcW w:type="dxa" w:w="464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[Finding]</w:t>
            </w:r>
          </w:p>
        </w:tc>
        <w:tc>
          <w:tcPr>
            <w:tcW w:type="dxa" w:w="113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70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[Low]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04  </w:t>
      </w:r>
      <w:r>
        <w:rPr>
          <w:b/>
          <w:color w:val="0A263F"/>
          <w:sz w:val="36"/>
        </w:rPr>
        <w:t>The fix plan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Order by impact and effort. Say who does each fix.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>Start at the top. Each row says who does it.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4649"/>
        <w:gridCol w:w="1134"/>
        <w:gridCol w:w="1701"/>
      </w:tblGrid>
      <w:tr>
        <w:tc>
          <w:tcPr>
            <w:tcW w:type="dxa" w:w="192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Fix</w:t>
            </w:r>
          </w:p>
        </w:tc>
        <w:tc>
          <w:tcPr>
            <w:tcW w:type="dxa" w:w="4649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Impact</w:t>
            </w:r>
          </w:p>
        </w:tc>
        <w:tc>
          <w:tcPr>
            <w:tcW w:type="dxa" w:w="1134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Effort</w:t>
            </w:r>
          </w:p>
        </w:tc>
        <w:tc>
          <w:tcPr>
            <w:tcW w:type="dxa" w:w="1701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Who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[Fix]</w:t>
            </w:r>
          </w:p>
        </w:tc>
        <w:tc>
          <w:tcPr>
            <w:tcW w:type="dxa" w:w="464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[High]</w:t>
            </w:r>
          </w:p>
        </w:tc>
        <w:tc>
          <w:tcPr>
            <w:tcW w:type="dxa" w:w="113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[Small]</w:t>
            </w:r>
          </w:p>
        </w:tc>
        <w:tc>
          <w:tcPr>
            <w:tcW w:type="dxa" w:w="170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[Name]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[Fix]</w:t>
            </w:r>
          </w:p>
        </w:tc>
        <w:tc>
          <w:tcPr>
            <w:tcW w:type="dxa" w:w="4649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[Medium]</w:t>
            </w:r>
          </w:p>
        </w:tc>
        <w:tc>
          <w:tcPr>
            <w:tcW w:type="dxa" w:w="1134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[Small]</w:t>
            </w:r>
          </w:p>
        </w:tc>
        <w:tc>
          <w:tcPr>
            <w:tcW w:type="dxa" w:w="170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[Name]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[Fix]</w:t>
            </w:r>
          </w:p>
        </w:tc>
        <w:tc>
          <w:tcPr>
            <w:tcW w:type="dxa" w:w="464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[Low]</w:t>
            </w:r>
          </w:p>
        </w:tc>
        <w:tc>
          <w:tcPr>
            <w:tcW w:type="dxa" w:w="113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[Large]</w:t>
            </w:r>
          </w:p>
        </w:tc>
        <w:tc>
          <w:tcPr>
            <w:tcW w:type="dxa" w:w="170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[Name]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05  </w:t>
      </w:r>
      <w:r>
        <w:rPr>
          <w:b/>
          <w:color w:val="0A263F"/>
          <w:sz w:val="36"/>
        </w:rPr>
        <w:t>What we checked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One short list, so the reader knows what was and was not covered.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[Crawling and indexing, links and structure, page titles and descriptions, content, speed and mobile.]</w:t>
      </w:r>
      <w:r>
        <w:t xml:space="preserve"> </w:t>
      </w:r>
      <w:r>
        <w:rPr>
          <w:highlight w:val="yellow"/>
        </w:rPr>
        <w:t>[Say what was not checked.]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06  </w:t>
      </w:r>
      <w:r>
        <w:rPr>
          <w:b/>
          <w:color w:val="0A263F"/>
          <w:sz w:val="36"/>
        </w:rPr>
        <w:t>Next steps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One clear next step, with a date.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[The next step, who does it and by when.]</w:t>
      </w:r>
    </w:p>
    <w:p>
      <w:r>
        <w:br w:type="page"/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07  </w:t>
      </w:r>
      <w:r>
        <w:rPr>
          <w:b/>
          <w:color w:val="0A263F"/>
          <w:sz w:val="36"/>
        </w:rPr>
        <w:t>Before you send it</w:t>
      </w:r>
    </w:p>
    <w:p>
      <w:pPr>
        <w:spacing w:before="0" w:after="80"/>
      </w:pPr>
      <w:r>
        <w:t>☐   Every number comes from a crawl you saved, with its date.</w:t>
      </w:r>
    </w:p>
    <w:p>
      <w:pPr>
        <w:spacing w:before="0" w:after="80"/>
      </w:pPr>
      <w:r>
        <w:t>☐   Each finding says how many pages it touches.</w:t>
      </w:r>
    </w:p>
    <w:p>
      <w:pPr>
        <w:spacing w:before="0" w:after="80"/>
      </w:pPr>
      <w:r>
        <w:t>☐   The three biggest findings are in plain words.</w:t>
      </w:r>
    </w:p>
    <w:p>
      <w:pPr>
        <w:spacing w:before="0" w:after="80"/>
      </w:pPr>
      <w:r>
        <w:t>☐   Fixes are in order of impact and effort.</w:t>
      </w:r>
    </w:p>
    <w:p>
      <w:pPr>
        <w:spacing w:before="0" w:after="80"/>
      </w:pPr>
      <w:r>
        <w:t>☐   Nothing promises a ranking or a result.</w:t>
      </w:r>
    </w:p>
    <w:p>
      <w:pPr>
        <w:spacing w:before="0" w:after="80"/>
      </w:pPr>
      <w:r>
        <w:t>☐   You read it once as if you were the client.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08  </w:t>
      </w:r>
      <w:r>
        <w:rPr>
          <w:b/>
          <w:color w:val="0A263F"/>
          <w:sz w:val="36"/>
        </w:rPr>
        <w:t>Impact and effort, in plain words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144"/>
      </w:tblGrid>
      <w:tr>
        <w:tc>
          <w:tcPr>
            <w:tcW w:type="dxa" w:w="226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Level</w:t>
            </w:r>
          </w:p>
        </w:tc>
        <w:tc>
          <w:tcPr>
            <w:tcW w:type="dxa" w:w="7143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High impact</w:t>
            </w:r>
          </w:p>
        </w:tc>
        <w:tc>
          <w:tcPr>
            <w:tcW w:type="dxa" w:w="7143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Affects many pages or hides pages from Google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Medium impact</w:t>
            </w:r>
          </w:p>
        </w:tc>
        <w:tc>
          <w:tcPr>
            <w:tcW w:type="dxa" w:w="7143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Affects a group of pages or how they look in search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Low impact</w:t>
            </w:r>
          </w:p>
        </w:tc>
        <w:tc>
          <w:tcPr>
            <w:tcW w:type="dxa" w:w="7143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Small, but easy to tidy up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Small effort</w:t>
            </w:r>
          </w:p>
        </w:tc>
        <w:tc>
          <w:tcPr>
            <w:tcW w:type="dxa" w:w="7143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An hour or less, by one person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Large effort</w:t>
            </w:r>
          </w:p>
        </w:tc>
        <w:tc>
          <w:tcPr>
            <w:tcW w:type="dxa" w:w="7143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Needs a developer or a content rewrite</w:t>
            </w:r>
          </w:p>
        </w:tc>
      </w:tr>
    </w:tbl>
    <w:p>
      <w:pPr>
        <w:spacing w:before="0" w:after="80"/>
      </w:pP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626268"/>
        <w:sz w:val="16"/>
        <w:highlight w:val="yellow"/>
      </w:rPr>
      <w:t>[Your company]</w:t>
    </w:r>
    <w:r>
      <w:rPr>
        <w:color w:val="626268"/>
        <w:sz w:val="16"/>
      </w:rPr>
      <w:t xml:space="preserve">   |   Website audit: </w:t>
    </w:r>
    <w:r>
      <w:rPr>
        <w:color w:val="626268"/>
        <w:sz w:val="16"/>
        <w:highlight w:val="yellow"/>
      </w:rPr>
      <w:t>[Client]</w:t>
    </w:r>
    <w:r>
      <w:rPr>
        <w:color w:val="626268"/>
        <w:sz w:val="16"/>
      </w:rPr>
      <w:t xml:space="preserve">   |   Page </w:t>
    </w:r>
    <w:r>
      <w:rPr>
        <w:color w:val="626268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